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1F81F9"/>
          <w:sz w:val="16"/>
        </w:rPr>
        <w:t>CLEARLOGIC INTELLIGENCE  |  COMPLETION FORM · TRADES</w:t>
      </w:r>
    </w:p>
    <w:p>
      <w:pPr>
        <w:spacing w:after="40"/>
      </w:pPr>
      <w:r>
        <w:rPr>
          <w:b/>
          <w:i w:val="0"/>
          <w:color w:val="122A54"/>
          <w:sz w:val="36"/>
        </w:rPr>
        <w:t>Job completion and sign-off form</w:t>
      </w:r>
    </w:p>
    <w:p>
      <w:pPr>
        <w:spacing w:after="200"/>
      </w:pPr>
      <w:r>
        <w:rPr>
          <w:b w:val="0"/>
          <w:i w:val="0"/>
          <w:color w:val="5A6B85"/>
          <w:sz w:val="20"/>
        </w:rPr>
        <w:t>Signed before you leave. It closes the job, triggers the invoice and records the certificates the law expects you to hand over.</w:t>
      </w:r>
    </w:p>
    <w:p>
      <w:pPr>
        <w:spacing w:after="40"/>
      </w:pPr>
      <w:r>
        <w:rPr>
          <w:b w:val="0"/>
          <w:i w:val="0"/>
        </w:rPr>
        <w:t>Customer name: ____________________________________________</w:t>
      </w:r>
    </w:p>
    <w:p>
      <w:pPr>
        <w:spacing w:after="40"/>
      </w:pPr>
      <w:r>
        <w:rPr>
          <w:b w:val="0"/>
          <w:i w:val="0"/>
        </w:rPr>
        <w:t>Site address: ____________________________________________</w:t>
      </w:r>
    </w:p>
    <w:p>
      <w:pPr>
        <w:spacing w:after="40"/>
      </w:pPr>
      <w:r>
        <w:rPr>
          <w:b w:val="0"/>
          <w:i w:val="0"/>
        </w:rPr>
        <w:t>Work order / quote number: ____________________________________________</w:t>
      </w:r>
    </w:p>
    <w:p>
      <w:pPr>
        <w:spacing w:after="40"/>
      </w:pPr>
      <w:r>
        <w:rPr>
          <w:b w:val="0"/>
          <w:i w:val="0"/>
        </w:rPr>
        <w:t>Date completed: ____________________________________________</w:t>
      </w:r>
    </w:p>
    <w:p>
      <w:pPr>
        <w:spacing w:after="40"/>
      </w:pPr>
      <w:r>
        <w:rPr>
          <w:b w:val="0"/>
          <w:i w:val="0"/>
        </w:rPr>
        <w:t>Completed by: ____________________________________________</w:t>
      </w:r>
    </w:p>
    <w:p>
      <w:pPr>
        <w:spacing w:after="40"/>
      </w:pPr>
      <w:r>
        <w:rPr>
          <w:b w:val="0"/>
          <w:i w:val="0"/>
        </w:rPr>
        <w:t>Invoice number: ____________________________________________</w:t>
      </w:r>
    </w:p>
    <w:p>
      <w:pPr>
        <w:spacing w:after="60"/>
      </w:pPr>
      <w:r>
        <w:rPr>
          <w:b/>
          <w:i w:val="0"/>
          <w:color w:val="122A54"/>
          <w:sz w:val="24"/>
        </w:rPr>
        <w:t>1. Work completed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b/>
                <w:sz w:val="17"/>
              </w:rPr>
              <w:t>Agreed work (from the quote or work order)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17"/>
              </w:rPr>
              <w:t>Done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17"/>
              </w:rPr>
              <w:t>Not done, and why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  <w:r>
              <w:br/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  <w:r>
              <w:br/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  <w:r>
              <w:br/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  <w:r>
              <w:br/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  <w:r>
              <w:br/>
            </w:r>
          </w:p>
        </w:tc>
      </w:tr>
    </w:tbl>
    <w:p>
      <w:pPr>
        <w:spacing w:after="40"/>
      </w:pPr>
    </w:p>
    <w:p>
      <w:pPr>
        <w:spacing w:after="60"/>
      </w:pPr>
      <w:r>
        <w:rPr>
          <w:b/>
          <w:i w:val="0"/>
          <w:color w:val="122A54"/>
          <w:sz w:val="24"/>
        </w:rPr>
        <w:t>2. Extra work agreed on site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b/>
                <w:sz w:val="17"/>
              </w:rPr>
              <w:t>Description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17"/>
              </w:rPr>
              <w:t>Agreed with</w:t>
            </w:r>
          </w:p>
        </w:tc>
        <w:tc>
          <w:tcPr>
            <w:tcW w:type="dxa" w:w="3400"/>
          </w:tcPr>
          <w:p>
            <w:r/>
            <w:r>
              <w:rPr>
                <w:b/>
                <w:sz w:val="17"/>
              </w:rPr>
              <w:t>Price (excl GST)</w:t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4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400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60"/>
      </w:pPr>
      <w:r>
        <w:rPr>
          <w:b/>
          <w:i w:val="0"/>
          <w:color w:val="122A54"/>
          <w:sz w:val="24"/>
        </w:rPr>
        <w:t>3. Testing and compliance</w:t>
      </w:r>
    </w:p>
    <w:p>
      <w:pPr>
        <w:spacing w:after="40"/>
      </w:pPr>
      <w:r>
        <w:rPr>
          <w:b w:val="0"/>
          <w:i w:val="0"/>
        </w:rPr>
        <w:t>☐  Work tested and operating as intended; customer shown how to use it</w:t>
      </w:r>
    </w:p>
    <w:p>
      <w:pPr>
        <w:spacing w:after="40"/>
      </w:pPr>
      <w:r>
        <w:rPr>
          <w:b w:val="0"/>
          <w:i w:val="0"/>
        </w:rPr>
        <w:t>☐  Electrical: Certificate of Compliance and Electrical Safety Certificate issued for prescribed electrical work (Electricity (Safety) Regulations 2010); copies to the customer</w:t>
      </w:r>
    </w:p>
    <w:p>
      <w:pPr>
        <w:spacing w:after="40"/>
      </w:pPr>
      <w:r>
        <w:rPr>
          <w:b w:val="0"/>
          <w:i w:val="0"/>
        </w:rPr>
        <w:t>☐  Gas: gasfitting certification issued where required</w:t>
      </w:r>
    </w:p>
    <w:p>
      <w:pPr>
        <w:spacing w:after="40"/>
      </w:pPr>
      <w:r>
        <w:rPr>
          <w:b w:val="0"/>
          <w:i w:val="0"/>
        </w:rPr>
        <w:t>☐  Restricted building work: Record of Work (Form 6A) given to the owner and the council on completion (Building Act 2004, s 88)</w:t>
      </w:r>
    </w:p>
    <w:p>
      <w:pPr>
        <w:spacing w:after="40"/>
      </w:pPr>
      <w:r>
        <w:rPr>
          <w:b w:val="0"/>
          <w:i w:val="0"/>
        </w:rPr>
        <w:t>☐  Plumbing or drainage: council inspection booked or passed where the work needed consent</w:t>
      </w:r>
    </w:p>
    <w:p>
      <w:pPr>
        <w:spacing w:after="40"/>
      </w:pPr>
      <w:r>
        <w:rPr>
          <w:b w:val="0"/>
          <w:i w:val="0"/>
        </w:rPr>
        <w:t>☐  Manufacturer warranties and manuals handed over</w:t>
      </w:r>
    </w:p>
    <w:p>
      <w:pPr>
        <w:spacing w:after="40"/>
      </w:pPr>
      <w:r>
        <w:rPr>
          <w:b w:val="0"/>
          <w:i w:val="0"/>
        </w:rPr>
        <w:t>☐  Not applicable to this job (state why):</w:t>
      </w:r>
    </w:p>
    <w:p>
      <w:pPr>
        <w:spacing w:after="60"/>
      </w:pPr>
      <w:r>
        <w:rPr>
          <w:b/>
          <w:i w:val="0"/>
          <w:color w:val="122A54"/>
          <w:sz w:val="24"/>
        </w:rPr>
        <w:t>4. Site</w:t>
      </w:r>
    </w:p>
    <w:p>
      <w:pPr>
        <w:spacing w:after="40"/>
      </w:pPr>
      <w:r>
        <w:rPr>
          <w:b w:val="0"/>
          <w:i w:val="0"/>
        </w:rPr>
        <w:t>☐  Work area cleaned, rubbish and offcuts removed</w:t>
      </w:r>
    </w:p>
    <w:p>
      <w:pPr>
        <w:spacing w:after="40"/>
      </w:pPr>
      <w:r>
        <w:rPr>
          <w:b w:val="0"/>
          <w:i w:val="0"/>
        </w:rPr>
        <w:t>☐  Power, water or gas restored and checked</w:t>
      </w:r>
    </w:p>
    <w:p>
      <w:pPr>
        <w:spacing w:after="40"/>
      </w:pPr>
      <w:r>
        <w:rPr>
          <w:b w:val="0"/>
          <w:i w:val="0"/>
        </w:rPr>
        <w:t>☐  Pre-existing damage noted at the start is recorded below; no new damage</w:t>
      </w:r>
    </w:p>
    <w:p>
      <w:pPr>
        <w:spacing w:after="40"/>
      </w:pPr>
      <w:r>
        <w:rPr>
          <w:b w:val="0"/>
          <w:i w:val="0"/>
        </w:rPr>
        <w:t>☐  Keys, codes and alarm returned or reset as found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>
            <w:r/>
            <w:r>
              <w:rPr>
                <w:b/>
                <w:sz w:val="17"/>
              </w:rPr>
              <w:t>Notes (pre-existing damage, items left for the customer, access)</w:t>
            </w:r>
          </w:p>
        </w:tc>
      </w:tr>
      <w:tr>
        <w:tc>
          <w:tcPr>
            <w:tcW w:type="dxa" w:w="10200"/>
          </w:tcPr>
          <w:p>
            <w:r/>
            <w:r>
              <w:rPr>
                <w:sz w:val="18"/>
              </w:rPr>
            </w:r>
            <w:r>
              <w:br/>
            </w:r>
          </w:p>
        </w:tc>
      </w:tr>
    </w:tbl>
    <w:p>
      <w:pPr>
        <w:spacing w:after="40"/>
      </w:pPr>
    </w:p>
    <w:p>
      <w:pPr>
        <w:spacing w:after="60"/>
      </w:pPr>
      <w:r>
        <w:rPr>
          <w:b/>
          <w:i w:val="0"/>
          <w:color w:val="122A54"/>
          <w:sz w:val="24"/>
        </w:rPr>
        <w:t>5. Customer sign-off</w:t>
      </w:r>
    </w:p>
    <w:p>
      <w:pPr>
        <w:spacing w:after="80"/>
      </w:pPr>
      <w:r>
        <w:rPr>
          <w:b w:val="0"/>
          <w:i w:val="0"/>
        </w:rPr>
        <w:t>I confirm the work listed in sections 1 and 2 has been completed and explained to me. Any defect in the work can be reported to the business within ____ months and will be put right at no charge, in addition to my rights under the Consumer Guarantees Act 1993.</w:t>
      </w:r>
    </w:p>
    <w:p>
      <w:pPr>
        <w:spacing w:after="40"/>
      </w:pPr>
      <w:r>
        <w:rPr>
          <w:b w:val="0"/>
          <w:i w:val="0"/>
        </w:rPr>
        <w:t>Customer signature: ____________________________________________</w:t>
      </w:r>
    </w:p>
    <w:p>
      <w:pPr>
        <w:spacing w:after="40"/>
      </w:pPr>
      <w:r>
        <w:rPr>
          <w:b w:val="0"/>
          <w:i w:val="0"/>
        </w:rPr>
        <w:t>Name: ____________________________________________</w:t>
      </w:r>
    </w:p>
    <w:p>
      <w:pPr>
        <w:spacing w:after="40"/>
      </w:pPr>
      <w:r>
        <w:rPr>
          <w:b w:val="0"/>
          <w:i w:val="0"/>
        </w:rPr>
        <w:t>Date: ____________________________________________</w:t>
      </w:r>
    </w:p>
    <w:p>
      <w:pPr>
        <w:spacing w:after="40"/>
      </w:pPr>
      <w:r>
        <w:rPr>
          <w:b w:val="0"/>
          <w:i w:val="0"/>
        </w:rPr>
        <w:t>For the business: ____________________________________________</w:t>
      </w:r>
    </w:p>
    <w:p>
      <w:pPr>
        <w:spacing w:after="40"/>
      </w:pPr>
      <w:r>
        <w:rPr>
          <w:b w:val="0"/>
          <w:i w:val="0"/>
        </w:rPr>
        <w:t>Name: ____________________________________________</w:t>
      </w:r>
    </w:p>
    <w:p>
      <w:pPr>
        <w:spacing w:after="40"/>
      </w:pPr>
      <w:r>
        <w:rPr>
          <w:b w:val="0"/>
          <w:i w:val="0"/>
        </w:rPr>
        <w:t>Date: ____________________________________________</w:t>
      </w:r>
    </w:p>
    <w:p>
      <w:pPr>
        <w:spacing w:after="80"/>
      </w:pPr>
      <w:r>
        <w:rPr>
          <w:b w:val="0"/>
          <w:i/>
          <w:color w:val="5A6B85"/>
          <w:sz w:val="18"/>
        </w:rPr>
        <w:t>Where the customer is not present, send this form with the before-and-after photos the same day and ask them to reply confirming. A reply by email or text is a sign-off.</w:t>
      </w:r>
    </w:p>
    <w:p>
      <w:pPr>
        <w:spacing w:after="60"/>
      </w:pPr>
      <w:r>
        <w:rPr>
          <w:b/>
          <w:i w:val="0"/>
          <w:color w:val="122A54"/>
          <w:sz w:val="24"/>
        </w:rPr>
        <w:t>6. Follow-up</w:t>
      </w:r>
    </w:p>
    <w:p>
      <w:pPr>
        <w:spacing w:after="40"/>
      </w:pPr>
      <w:r>
        <w:rPr>
          <w:b w:val="0"/>
          <w:i w:val="0"/>
        </w:rPr>
        <w:t>☐  Invoice sent today</w:t>
      </w:r>
    </w:p>
    <w:p>
      <w:pPr>
        <w:spacing w:after="40"/>
      </w:pPr>
      <w:r>
        <w:rPr>
          <w:b w:val="0"/>
          <w:i w:val="0"/>
        </w:rPr>
        <w:t>☐  Follow-up call or message booked for 1 to 2 weeks after completion</w:t>
      </w:r>
    </w:p>
    <w:p>
      <w:pPr>
        <w:spacing w:after="40"/>
      </w:pPr>
      <w:r>
        <w:rPr>
          <w:b w:val="0"/>
          <w:i w:val="0"/>
        </w:rPr>
        <w:t>☐  Review request to be sent after the follow-up, not before (see the feedback and review pack in this library)</w:t>
      </w:r>
    </w:p>
    <w:p>
      <w:pPr>
        <w:spacing w:after="80"/>
      </w:pPr>
      <w:r>
        <w:rPr>
          <w:b w:val="0"/>
          <w:i/>
          <w:color w:val="5A6B85"/>
          <w:sz w:val="18"/>
        </w:rPr>
        <w:t>Legal references checked on legislation.govt.nz and worksafe.govt.nz on 9 October 2026. This is a template, not legal advice; your trade's certification rules take precedence.</w:t>
      </w:r>
    </w:p>
    <w:p>
      <w:pPr>
        <w:spacing w:after="80"/>
      </w:pPr>
      <w:r>
        <w:rPr>
          <w:b w:val="0"/>
          <w:i w:val="0"/>
          <w:color w:val="5A6B85"/>
          <w:sz w:val="16"/>
        </w:rPr>
        <w:t>ClearLogic Intelligence  |  clearlogicintelligence.com/resources/  |  Free to use and adapt for your own business  |  2026</w:t>
      </w:r>
    </w:p>
    <w:p>
      <w:r>
        <w:br w:type="page"/>
      </w:r>
    </w:p>
    <w:p>
      <w:pPr>
        <w:spacing w:after="80"/>
      </w:pPr>
      <w:r>
        <w:rPr>
          <w:b/>
          <w:i w:val="0"/>
          <w:color w:val="1F81F9"/>
          <w:sz w:val="16"/>
        </w:rPr>
        <w:t>CLEARLOGIC INTELLIGENCE  |  PRACTICAL COMPLETION FORM · TRADES AND SMALL BUILDS</w:t>
      </w:r>
    </w:p>
    <w:p>
      <w:pPr>
        <w:spacing w:after="40"/>
      </w:pPr>
      <w:r>
        <w:rPr>
          <w:b/>
          <w:i w:val="0"/>
          <w:color w:val="122A54"/>
          <w:sz w:val="36"/>
        </w:rPr>
        <w:t>Practical completion and defects form</w:t>
      </w:r>
    </w:p>
    <w:p>
      <w:pPr>
        <w:spacing w:after="200"/>
      </w:pPr>
      <w:r>
        <w:rPr>
          <w:b w:val="0"/>
          <w:i w:val="0"/>
          <w:color w:val="5A6B85"/>
          <w:sz w:val="20"/>
        </w:rPr>
        <w:t>For jobs with stages: the work is usable, the small things left are listed, dated and owned.</w:t>
      </w:r>
    </w:p>
    <w:p>
      <w:pPr>
        <w:spacing w:after="40"/>
      </w:pPr>
      <w:r>
        <w:rPr>
          <w:b w:val="0"/>
          <w:i w:val="0"/>
        </w:rPr>
        <w:t>Job: ____________________________________________</w:t>
      </w:r>
    </w:p>
    <w:p>
      <w:pPr>
        <w:spacing w:after="40"/>
      </w:pPr>
      <w:r>
        <w:rPr>
          <w:b w:val="0"/>
          <w:i w:val="0"/>
        </w:rPr>
        <w:t>Site address: ____________________________________________</w:t>
      </w:r>
    </w:p>
    <w:p>
      <w:pPr>
        <w:spacing w:after="40"/>
      </w:pPr>
      <w:r>
        <w:rPr>
          <w:b w:val="0"/>
          <w:i w:val="0"/>
        </w:rPr>
        <w:t>Contract or quote reference: ____________________________________________</w:t>
      </w:r>
    </w:p>
    <w:p>
      <w:pPr>
        <w:spacing w:after="40"/>
      </w:pPr>
      <w:r>
        <w:rPr>
          <w:b w:val="0"/>
          <w:i w:val="0"/>
        </w:rPr>
        <w:t>Date of practical completion: ____________________________________________</w:t>
      </w:r>
    </w:p>
    <w:p>
      <w:pPr>
        <w:spacing w:after="40"/>
      </w:pPr>
      <w:r>
        <w:rPr>
          <w:b w:val="0"/>
          <w:i w:val="0"/>
        </w:rPr>
        <w:t>Final payment due (per quote): ____________________________________________</w:t>
      </w:r>
    </w:p>
    <w:p>
      <w:pPr>
        <w:spacing w:after="40"/>
      </w:pPr>
      <w:r>
        <w:rPr>
          <w:b w:val="0"/>
          <w:i w:val="0"/>
        </w:rPr>
        <w:t>Retention held, if any: ____________________________________________</w:t>
      </w:r>
    </w:p>
    <w:p>
      <w:pPr>
        <w:spacing w:after="60"/>
      </w:pPr>
      <w:r>
        <w:rPr>
          <w:b/>
          <w:i w:val="0"/>
          <w:color w:val="122A54"/>
          <w:sz w:val="24"/>
        </w:rPr>
        <w:t>Practical completion</w:t>
      </w:r>
    </w:p>
    <w:p>
      <w:pPr>
        <w:spacing w:after="80"/>
      </w:pPr>
      <w:r>
        <w:rPr>
          <w:b w:val="0"/>
          <w:i w:val="0"/>
        </w:rPr>
        <w:t>The parties agree the work is complete except for the minor defects and omissions listed below, which do not prevent the customer using the work for its intended purpose.</w:t>
      </w:r>
    </w:p>
    <w:p>
      <w:pPr>
        <w:spacing w:after="60"/>
      </w:pPr>
      <w:r>
        <w:rPr>
          <w:b/>
          <w:i w:val="0"/>
          <w:color w:val="122A54"/>
          <w:sz w:val="24"/>
        </w:rPr>
        <w:t>Defects and omissions 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/>
            <w:r>
              <w:rPr>
                <w:b/>
                <w:sz w:val="17"/>
              </w:rPr>
              <w:t>#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Item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Location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Agreed fix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To be done by (date)</w:t>
            </w:r>
          </w:p>
        </w:tc>
        <w:tc>
          <w:tcPr>
            <w:tcW w:type="dxa" w:w="1700"/>
          </w:tcPr>
          <w:p>
            <w:r/>
            <w:r>
              <w:rPr>
                <w:b/>
                <w:sz w:val="17"/>
              </w:rPr>
              <w:t>Done</w:t>
            </w:r>
          </w:p>
        </w:tc>
      </w:tr>
      <w:tr>
        <w:tc>
          <w:tcPr>
            <w:tcW w:type="dxa" w:w="1700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700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700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700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700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1700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  <w:r>
              <w:br/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700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60"/>
      </w:pPr>
      <w:r>
        <w:rPr>
          <w:b/>
          <w:i w:val="0"/>
          <w:color w:val="122A54"/>
          <w:sz w:val="24"/>
        </w:rPr>
        <w:t>Documents handed over</w:t>
      </w:r>
    </w:p>
    <w:p>
      <w:pPr>
        <w:spacing w:after="40"/>
      </w:pPr>
      <w:r>
        <w:rPr>
          <w:b w:val="0"/>
          <w:i w:val="0"/>
        </w:rPr>
        <w:t>☐  Compliance certificates (electrical, gas, record of work, council sign-off as applicable)</w:t>
      </w:r>
    </w:p>
    <w:p>
      <w:pPr>
        <w:spacing w:after="40"/>
      </w:pPr>
      <w:r>
        <w:rPr>
          <w:b w:val="0"/>
          <w:i w:val="0"/>
        </w:rPr>
        <w:t>☐  Warranties and product information</w:t>
      </w:r>
    </w:p>
    <w:p>
      <w:pPr>
        <w:spacing w:after="40"/>
      </w:pPr>
      <w:r>
        <w:rPr>
          <w:b w:val="0"/>
          <w:i w:val="0"/>
        </w:rPr>
        <w:t>☐  Maintenance instructions</w:t>
      </w:r>
    </w:p>
    <w:p>
      <w:pPr>
        <w:spacing w:after="40"/>
      </w:pPr>
      <w:r>
        <w:rPr>
          <w:b w:val="0"/>
          <w:i w:val="0"/>
        </w:rPr>
        <w:t>☐  Final invoice matching the quote plus signed variations</w:t>
      </w:r>
    </w:p>
    <w:p>
      <w:pPr>
        <w:spacing w:after="40"/>
      </w:pPr>
      <w:r>
        <w:rPr>
          <w:b w:val="0"/>
          <w:i w:val="0"/>
        </w:rPr>
        <w:t>Customer signature: ____________________________________________</w:t>
      </w:r>
    </w:p>
    <w:p>
      <w:pPr>
        <w:spacing w:after="40"/>
      </w:pPr>
      <w:r>
        <w:rPr>
          <w:b w:val="0"/>
          <w:i w:val="0"/>
        </w:rPr>
        <w:t>Date: ____________________________________________</w:t>
      </w:r>
    </w:p>
    <w:p>
      <w:pPr>
        <w:spacing w:after="40"/>
      </w:pPr>
      <w:r>
        <w:rPr>
          <w:b w:val="0"/>
          <w:i w:val="0"/>
        </w:rPr>
        <w:t>For the business: ____________________________________________</w:t>
      </w:r>
    </w:p>
    <w:p>
      <w:pPr>
        <w:spacing w:after="40"/>
      </w:pPr>
      <w:r>
        <w:rPr>
          <w:b w:val="0"/>
          <w:i w:val="0"/>
        </w:rPr>
        <w:t>Date: ____________________________________________</w:t>
      </w:r>
    </w:p>
    <w:p>
      <w:pPr>
        <w:spacing w:after="80"/>
      </w:pPr>
      <w:r>
        <w:rPr>
          <w:b w:val="0"/>
          <w:i/>
          <w:color w:val="5A6B85"/>
          <w:sz w:val="18"/>
        </w:rPr>
        <w:t>Across 20,286 publicly posted NZ trade reviews, tidiness is praised in about 15% of positive reviews and a follow-up after the job in only 2 to 3%. A signed completion form is the cheapest way to be in both groups.</w:t>
      </w:r>
    </w:p>
    <w:p>
      <w:pPr>
        <w:spacing w:after="80"/>
      </w:pPr>
      <w:r>
        <w:rPr>
          <w:b w:val="0"/>
          <w:i w:val="0"/>
          <w:color w:val="5A6B85"/>
          <w:sz w:val="16"/>
        </w:rPr>
        <w:t>ClearLogic Intelligence  |  clearlogicintelligence.com/resources/  |  Free to use and adapt for your own business  |  2026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