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1F81F9"/>
          <w:sz w:val="16"/>
        </w:rPr>
        <w:t>CLEARLOGIC INTELLIGENCE  |  WORK ORDER · TRADES AND MAINTENANCE</w:t>
      </w:r>
    </w:p>
    <w:p>
      <w:pPr>
        <w:spacing w:after="40"/>
      </w:pPr>
      <w:r>
        <w:rPr>
          <w:b/>
          <w:i w:val="0"/>
          <w:color w:val="122A54"/>
          <w:sz w:val="36"/>
        </w:rPr>
        <w:t>Work order</w:t>
      </w:r>
    </w:p>
    <w:p>
      <w:pPr>
        <w:spacing w:after="200"/>
      </w:pPr>
      <w:r>
        <w:rPr>
          <w:b w:val="0"/>
          <w:i w:val="0"/>
          <w:color w:val="5A6B85"/>
          <w:sz w:val="20"/>
        </w:rPr>
        <w:t>What the office fills in and the person on the tools can work from without a phone call. Number it, print it or send it, keep it with the invoice.</w:t>
      </w:r>
    </w:p>
    <w:p>
      <w:pPr>
        <w:spacing w:after="40"/>
      </w:pPr>
      <w:r>
        <w:rPr>
          <w:b w:val="0"/>
          <w:i w:val="0"/>
        </w:rPr>
        <w:t>Work order number: ____________________________________________</w:t>
      </w:r>
    </w:p>
    <w:p>
      <w:pPr>
        <w:spacing w:after="40"/>
      </w:pPr>
      <w:r>
        <w:rPr>
          <w:b w:val="0"/>
          <w:i w:val="0"/>
        </w:rPr>
        <w:t>Date raised and priority (urgent / this week / scheduled): ____________________________________________</w:t>
      </w:r>
    </w:p>
    <w:p>
      <w:pPr>
        <w:spacing w:after="40"/>
      </w:pPr>
      <w:r>
        <w:rPr>
          <w:b w:val="0"/>
          <w:i w:val="0"/>
        </w:rPr>
        <w:t>Customer name: ____________________________________________</w:t>
      </w:r>
    </w:p>
    <w:p>
      <w:pPr>
        <w:spacing w:after="40"/>
      </w:pPr>
      <w:r>
        <w:rPr>
          <w:b w:val="0"/>
          <w:i w:val="0"/>
        </w:rPr>
        <w:t>Site address: ____________________________________________</w:t>
      </w:r>
    </w:p>
    <w:p>
      <w:pPr>
        <w:spacing w:after="40"/>
      </w:pPr>
      <w:r>
        <w:rPr>
          <w:b w:val="0"/>
          <w:i w:val="0"/>
        </w:rPr>
        <w:t>Site contact and phone: ____________________________________________</w:t>
      </w:r>
    </w:p>
    <w:p>
      <w:pPr>
        <w:spacing w:after="40"/>
      </w:pPr>
      <w:r>
        <w:rPr>
          <w:b w:val="0"/>
          <w:i w:val="0"/>
        </w:rPr>
        <w:t>Access: key, code, who to call: ____________________________________________</w:t>
      </w:r>
    </w:p>
    <w:p>
      <w:pPr>
        <w:spacing w:after="60"/>
      </w:pPr>
      <w:r>
        <w:rPr>
          <w:b/>
          <w:i w:val="0"/>
          <w:color w:val="122A54"/>
          <w:sz w:val="24"/>
        </w:rPr>
        <w:t>1. Job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17"/>
              </w:rPr>
              <w:t>Requested by the customer, in their words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17"/>
              </w:rPr>
              <w:t>What we have agreed to do</w:t>
            </w:r>
          </w:p>
        </w:tc>
      </w:tr>
      <w:tr>
        <w:tc>
          <w:tcPr>
            <w:tcW w:type="dxa" w:w="51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5100"/>
          </w:tcPr>
          <w:p>
            <w:r/>
            <w:r>
              <w:rPr>
                <w:sz w:val="18"/>
              </w:rPr>
            </w:r>
            <w:r>
              <w:br/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  <w:i w:val="0"/>
        </w:rPr>
        <w:t>Quote or estimate reference: ____________________________________________</w:t>
      </w:r>
    </w:p>
    <w:p>
      <w:pPr>
        <w:spacing w:after="40"/>
      </w:pPr>
      <w:r>
        <w:rPr>
          <w:b w:val="0"/>
          <w:i w:val="0"/>
        </w:rPr>
        <w:t>Agreed price, or hourly rate and call-out fee told to the customer: ____________________________________________</w:t>
      </w:r>
    </w:p>
    <w:p>
      <w:pPr>
        <w:spacing w:after="40"/>
      </w:pPr>
      <w:r>
        <w:rPr>
          <w:b w:val="0"/>
          <w:i w:val="0"/>
        </w:rPr>
        <w:t>Scheduled date and time window: ____________________________________________</w:t>
      </w:r>
    </w:p>
    <w:p>
      <w:pPr>
        <w:spacing w:after="40"/>
      </w:pPr>
      <w:r>
        <w:rPr>
          <w:b w:val="0"/>
          <w:i w:val="0"/>
        </w:rPr>
        <w:t>Assigned to: ____________________________________________</w:t>
      </w:r>
    </w:p>
    <w:p>
      <w:pPr>
        <w:spacing w:after="60"/>
      </w:pPr>
      <w:r>
        <w:rPr>
          <w:b/>
          <w:i w:val="0"/>
          <w:color w:val="122A54"/>
          <w:sz w:val="24"/>
        </w:rPr>
        <w:t>2. Before you start</w:t>
      </w:r>
    </w:p>
    <w:p>
      <w:pPr>
        <w:spacing w:after="40"/>
      </w:pPr>
      <w:r>
        <w:rPr>
          <w:b w:val="0"/>
          <w:i w:val="0"/>
        </w:rPr>
        <w:t>☐  Customer told the arrival window; called if running more than 15 minutes late</w:t>
      </w:r>
    </w:p>
    <w:p>
      <w:pPr>
        <w:spacing w:after="40"/>
      </w:pPr>
      <w:r>
        <w:rPr>
          <w:b w:val="0"/>
          <w:i w:val="0"/>
        </w:rPr>
        <w:t>☐  Hazards known before arriving: power, gas, water, asbestos (pre-2000 house), heights, pets, children, confined space; compliance paperwork for the job identified</w:t>
      </w:r>
    </w:p>
    <w:p>
      <w:pPr>
        <w:spacing w:after="60"/>
      </w:pPr>
      <w:r>
        <w:rPr>
          <w:b/>
          <w:i w:val="0"/>
          <w:color w:val="122A54"/>
          <w:sz w:val="24"/>
        </w:rPr>
        <w:t>3. Materials and parts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/>
            <w:r>
              <w:rPr>
                <w:b/>
                <w:sz w:val="17"/>
              </w:rPr>
              <w:t>Item</w:t>
            </w:r>
          </w:p>
        </w:tc>
        <w:tc>
          <w:tcPr>
            <w:tcW w:type="dxa" w:w="2040"/>
          </w:tcPr>
          <w:p>
            <w:r/>
            <w:r>
              <w:rPr>
                <w:b/>
                <w:sz w:val="17"/>
              </w:rPr>
              <w:t>Qty</w:t>
            </w:r>
          </w:p>
        </w:tc>
        <w:tc>
          <w:tcPr>
            <w:tcW w:type="dxa" w:w="2040"/>
          </w:tcPr>
          <w:p>
            <w:r/>
            <w:r>
              <w:rPr>
                <w:b/>
                <w:sz w:val="17"/>
              </w:rPr>
              <w:t>From stock / supplier</w:t>
            </w:r>
          </w:p>
        </w:tc>
        <w:tc>
          <w:tcPr>
            <w:tcW w:type="dxa" w:w="2040"/>
          </w:tcPr>
          <w:p>
            <w:r/>
            <w:r>
              <w:rPr>
                <w:b/>
                <w:sz w:val="17"/>
              </w:rPr>
              <w:t>Cost</w:t>
            </w:r>
          </w:p>
        </w:tc>
        <w:tc>
          <w:tcPr>
            <w:tcW w:type="dxa" w:w="2040"/>
          </w:tcPr>
          <w:p>
            <w:r/>
            <w:r>
              <w:rPr>
                <w:b/>
                <w:sz w:val="17"/>
              </w:rPr>
              <w:t>Charged</w:t>
            </w:r>
          </w:p>
        </w:tc>
      </w:tr>
      <w:tr>
        <w:tc>
          <w:tcPr>
            <w:tcW w:type="dxa" w:w="20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0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0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60"/>
      </w:pPr>
      <w:r>
        <w:rPr>
          <w:b/>
          <w:i w:val="0"/>
          <w:color w:val="122A54"/>
          <w:sz w:val="24"/>
        </w:rPr>
        <w:t>4. Labour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</w:tcPr>
          <w:p>
            <w:r/>
            <w:r>
              <w:rPr>
                <w:b/>
                <w:sz w:val="17"/>
              </w:rPr>
              <w:t>Who</w:t>
            </w:r>
          </w:p>
        </w:tc>
        <w:tc>
          <w:tcPr>
            <w:tcW w:type="dxa" w:w="1700"/>
          </w:tcPr>
          <w:p>
            <w:r/>
            <w:r>
              <w:rPr>
                <w:b/>
                <w:sz w:val="17"/>
              </w:rPr>
              <w:t>Date</w:t>
            </w:r>
          </w:p>
        </w:tc>
        <w:tc>
          <w:tcPr>
            <w:tcW w:type="dxa" w:w="1700"/>
          </w:tcPr>
          <w:p>
            <w:r/>
            <w:r>
              <w:rPr>
                <w:b/>
                <w:sz w:val="17"/>
              </w:rPr>
              <w:t>Start</w:t>
            </w:r>
          </w:p>
        </w:tc>
        <w:tc>
          <w:tcPr>
            <w:tcW w:type="dxa" w:w="1700"/>
          </w:tcPr>
          <w:p>
            <w:r/>
            <w:r>
              <w:rPr>
                <w:b/>
                <w:sz w:val="17"/>
              </w:rPr>
              <w:t>Finish</w:t>
            </w:r>
          </w:p>
        </w:tc>
        <w:tc>
          <w:tcPr>
            <w:tcW w:type="dxa" w:w="1700"/>
          </w:tcPr>
          <w:p>
            <w:r/>
            <w:r>
              <w:rPr>
                <w:b/>
                <w:sz w:val="17"/>
              </w:rPr>
              <w:t>Hours</w:t>
            </w:r>
          </w:p>
        </w:tc>
        <w:tc>
          <w:tcPr>
            <w:tcW w:type="dxa" w:w="1700"/>
          </w:tcPr>
          <w:p>
            <w:r/>
            <w:r>
              <w:rPr>
                <w:b/>
                <w:sz w:val="17"/>
              </w:rPr>
              <w:t>Rate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60"/>
      </w:pPr>
      <w:r>
        <w:rPr>
          <w:b/>
          <w:i w:val="0"/>
          <w:color w:val="122A54"/>
          <w:sz w:val="24"/>
        </w:rPr>
        <w:t>5. Extra work found on site</w:t>
      </w:r>
    </w:p>
    <w:p>
      <w:pPr>
        <w:spacing w:after="80"/>
      </w:pPr>
      <w:r>
        <w:rPr>
          <w:b w:val="0"/>
          <w:i/>
          <w:color w:val="5A6B85"/>
          <w:sz w:val="18"/>
        </w:rPr>
        <w:t>Anything outside section 1 is agreed with the customer before it is done and written here with their initials. Nothing goes on the invoice the customer has not already heard about.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/>
            <w:r>
              <w:rPr>
                <w:b/>
                <w:sz w:val="17"/>
              </w:rPr>
              <w:t>What was found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17"/>
              </w:rPr>
              <w:t>Agreed with (name) and how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17"/>
              </w:rPr>
              <w:t>Price agreed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60"/>
      </w:pPr>
      <w:r>
        <w:rPr>
          <w:b/>
          <w:i w:val="0"/>
          <w:color w:val="122A54"/>
          <w:sz w:val="24"/>
        </w:rPr>
        <w:t>6. Completion</w:t>
      </w:r>
    </w:p>
    <w:p>
      <w:pPr>
        <w:spacing w:after="40"/>
      </w:pPr>
      <w:r>
        <w:rPr>
          <w:b w:val="0"/>
          <w:i w:val="0"/>
        </w:rPr>
        <w:t>☐  Work in section 1 complete, tested, site left tidy</w:t>
      </w:r>
    </w:p>
    <w:p>
      <w:pPr>
        <w:spacing w:after="40"/>
      </w:pPr>
      <w:r>
        <w:rPr>
          <w:b w:val="0"/>
          <w:i w:val="0"/>
        </w:rPr>
        <w:t>☐  Customer walked through the work and told how to use anything new</w:t>
      </w:r>
    </w:p>
    <w:p>
      <w:pPr>
        <w:spacing w:after="40"/>
      </w:pPr>
      <w:r>
        <w:rPr>
          <w:b w:val="0"/>
          <w:i w:val="0"/>
        </w:rPr>
        <w:t>☐  Certificates issued or booked (see job completion form in this library); before and after photos taken; invoice raised today</w:t>
      </w:r>
    </w:p>
    <w:p>
      <w:pPr>
        <w:spacing w:after="40"/>
      </w:pPr>
      <w:r>
        <w:rPr>
          <w:b w:val="0"/>
          <w:i w:val="0"/>
        </w:rPr>
        <w:t>Completed by (signature): ____________________________________________</w:t>
      </w:r>
    </w:p>
    <w:p>
      <w:pPr>
        <w:spacing w:after="40"/>
      </w:pPr>
      <w:r>
        <w:rPr>
          <w:b w:val="0"/>
          <w:i w:val="0"/>
        </w:rPr>
        <w:t>Date: ____________________________________________</w:t>
      </w:r>
    </w:p>
    <w:p>
      <w:pPr>
        <w:spacing w:after="40"/>
      </w:pPr>
      <w:r>
        <w:rPr>
          <w:b w:val="0"/>
          <w:i w:val="0"/>
        </w:rPr>
        <w:t>Customer (signature, if present): ____________________________________________</w:t>
      </w:r>
    </w:p>
    <w:p>
      <w:pPr>
        <w:spacing w:after="40"/>
      </w:pPr>
      <w:r>
        <w:rPr>
          <w:b w:val="0"/>
          <w:i w:val="0"/>
        </w:rPr>
        <w:t>Date: ____________________________________________</w:t>
      </w:r>
    </w:p>
    <w:p>
      <w:pPr>
        <w:spacing w:after="80"/>
      </w:pPr>
      <w:r>
        <w:rPr>
          <w:b w:val="0"/>
          <w:i w:val="0"/>
          <w:color w:val="5A6B85"/>
          <w:sz w:val="16"/>
        </w:rPr>
        <w:t>ClearLogic Intelligence  |  clearlogicintelligence.com/resources/  |  Free to use and adapt for your own business  |  2026</w:t>
      </w:r>
    </w:p>
    <w:p>
      <w:r>
        <w:br w:type="page"/>
      </w:r>
    </w:p>
    <w:p>
      <w:pPr>
        <w:spacing w:after="80"/>
      </w:pPr>
      <w:r>
        <w:rPr>
          <w:b/>
          <w:i w:val="0"/>
          <w:color w:val="1F81F9"/>
          <w:sz w:val="16"/>
        </w:rPr>
        <w:t>CLEARLOGIC INTELLIGENCE  |  JOB SHEET · TRADES</w:t>
      </w:r>
    </w:p>
    <w:p>
      <w:pPr>
        <w:spacing w:after="40"/>
      </w:pPr>
      <w:r>
        <w:rPr>
          <w:b/>
          <w:i w:val="0"/>
          <w:color w:val="122A54"/>
          <w:sz w:val="36"/>
        </w:rPr>
        <w:t>Daily job sheet</w:t>
      </w:r>
    </w:p>
    <w:p>
      <w:pPr>
        <w:spacing w:after="200"/>
      </w:pPr>
      <w:r>
        <w:rPr>
          <w:b w:val="0"/>
          <w:i w:val="0"/>
          <w:color w:val="5A6B85"/>
          <w:sz w:val="20"/>
        </w:rPr>
        <w:t>One line per job, one sheet per day. The sheet that makes invoicing on the day possible.</w:t>
      </w:r>
    </w:p>
    <w:p>
      <w:pPr>
        <w:spacing w:after="40"/>
      </w:pPr>
      <w:r>
        <w:rPr>
          <w:b w:val="0"/>
          <w:i w:val="0"/>
        </w:rPr>
        <w:t>Date: ____________________________________________</w:t>
      </w:r>
    </w:p>
    <w:p>
      <w:pPr>
        <w:spacing w:after="40"/>
      </w:pPr>
      <w:r>
        <w:rPr>
          <w:b w:val="0"/>
          <w:i w:val="0"/>
        </w:rPr>
        <w:t>Name: ____________________________________________</w:t>
      </w:r>
    </w:p>
    <w:p>
      <w:pPr>
        <w:spacing w:after="40"/>
      </w:pPr>
      <w:r>
        <w:rPr>
          <w:b w:val="0"/>
          <w:i w:val="0"/>
        </w:rPr>
        <w:t>Vehicle: ____________________________________________</w:t>
      </w:r>
    </w:p>
    <w:p>
      <w:pPr>
        <w:spacing w:after="40"/>
      </w:pPr>
      <w:r>
        <w:rPr>
          <w:b w:val="0"/>
          <w:i w:val="0"/>
        </w:rPr>
        <w:t>Start of day odometer / end of day: 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</w:tblGrid>
      <w:tr>
        <w:tc>
          <w:tcPr>
            <w:tcW w:type="dxa" w:w="1133"/>
          </w:tcPr>
          <w:p>
            <w:r/>
            <w:r>
              <w:rPr>
                <w:b/>
                <w:sz w:val="17"/>
              </w:rPr>
              <w:t>#</w:t>
            </w:r>
          </w:p>
        </w:tc>
        <w:tc>
          <w:tcPr>
            <w:tcW w:type="dxa" w:w="1133"/>
          </w:tcPr>
          <w:p>
            <w:r/>
            <w:r>
              <w:rPr>
                <w:b/>
                <w:sz w:val="17"/>
              </w:rPr>
              <w:t>Customer and site</w:t>
            </w:r>
          </w:p>
        </w:tc>
        <w:tc>
          <w:tcPr>
            <w:tcW w:type="dxa" w:w="1133"/>
          </w:tcPr>
          <w:p>
            <w:r/>
            <w:r>
              <w:rPr>
                <w:b/>
                <w:sz w:val="17"/>
              </w:rPr>
              <w:t>Work order no.</w:t>
            </w:r>
          </w:p>
        </w:tc>
        <w:tc>
          <w:tcPr>
            <w:tcW w:type="dxa" w:w="1133"/>
          </w:tcPr>
          <w:p>
            <w:r/>
            <w:r>
              <w:rPr>
                <w:b/>
                <w:sz w:val="17"/>
              </w:rPr>
              <w:t>Arrived</w:t>
            </w:r>
          </w:p>
        </w:tc>
        <w:tc>
          <w:tcPr>
            <w:tcW w:type="dxa" w:w="1133"/>
          </w:tcPr>
          <w:p>
            <w:r/>
            <w:r>
              <w:rPr>
                <w:b/>
                <w:sz w:val="17"/>
              </w:rPr>
              <w:t>Left</w:t>
            </w:r>
          </w:p>
        </w:tc>
        <w:tc>
          <w:tcPr>
            <w:tcW w:type="dxa" w:w="1133"/>
          </w:tcPr>
          <w:p>
            <w:r/>
            <w:r>
              <w:rPr>
                <w:b/>
                <w:sz w:val="17"/>
              </w:rPr>
              <w:t>Hours</w:t>
            </w:r>
          </w:p>
        </w:tc>
        <w:tc>
          <w:tcPr>
            <w:tcW w:type="dxa" w:w="1133"/>
          </w:tcPr>
          <w:p>
            <w:r/>
            <w:r>
              <w:rPr>
                <w:b/>
                <w:sz w:val="17"/>
              </w:rPr>
              <w:t>Materials used</w:t>
            </w:r>
          </w:p>
        </w:tc>
        <w:tc>
          <w:tcPr>
            <w:tcW w:type="dxa" w:w="1133"/>
          </w:tcPr>
          <w:p>
            <w:r/>
            <w:r>
              <w:rPr>
                <w:b/>
                <w:sz w:val="17"/>
              </w:rPr>
              <w:t>Done / return visit needed</w:t>
            </w:r>
          </w:p>
        </w:tc>
        <w:tc>
          <w:tcPr>
            <w:tcW w:type="dxa" w:w="1133"/>
          </w:tcPr>
          <w:p>
            <w:r/>
            <w:r>
              <w:rPr>
                <w:b/>
                <w:sz w:val="17"/>
              </w:rPr>
              <w:t>Invoiced</w:t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133"/>
          </w:tcPr>
          <w:p>
            <w:r/>
            <w:r>
              <w:rPr>
                <w:sz w:val="18"/>
              </w:rPr>
              <w:t>6</w:t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3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60"/>
      </w:pPr>
      <w:r>
        <w:rPr>
          <w:b/>
          <w:i w:val="0"/>
          <w:color w:val="122A54"/>
          <w:sz w:val="24"/>
        </w:rPr>
        <w:t>Notes for the office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>
            <w:r/>
            <w:r>
              <w:rPr>
                <w:b/>
                <w:sz w:val="17"/>
              </w:rPr>
              <w:t>Quotes to send, parts to order, customers to call back</w:t>
            </w:r>
          </w:p>
        </w:tc>
      </w:tr>
      <w:tr>
        <w:tc>
          <w:tcPr>
            <w:tcW w:type="dxa" w:w="10200"/>
          </w:tcPr>
          <w:p>
            <w:r/>
            <w:r>
              <w:rPr>
                <w:sz w:val="18"/>
              </w:rPr>
            </w:r>
            <w:r>
              <w:br/>
            </w:r>
          </w:p>
        </w:tc>
      </w:tr>
      <w:tr>
        <w:tc>
          <w:tcPr>
            <w:tcW w:type="dxa" w:w="10200"/>
          </w:tcPr>
          <w:p>
            <w:r/>
            <w:r>
              <w:rPr>
                <w:sz w:val="18"/>
              </w:rPr>
            </w:r>
            <w:r>
              <w:br/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color w:val="5A6B85"/>
          <w:sz w:val="18"/>
        </w:rPr>
        <w:t>Across 20,286 publicly posted reviews of NZ electricians, plumbers and painters, punctuality is praised in 40 to 44% of positive reviews and responsiveness in 20 to 38%. Both come from knowing where everyone is and what is next. That is what this sheet is for.</w:t>
      </w:r>
    </w:p>
    <w:p>
      <w:pPr>
        <w:spacing w:after="80"/>
      </w:pPr>
      <w:r>
        <w:rPr>
          <w:b w:val="0"/>
          <w:i w:val="0"/>
          <w:color w:val="5A6B85"/>
          <w:sz w:val="16"/>
        </w:rPr>
        <w:t>ClearLogic Intelligence  |  clearlogicintelligence.com/resources/  |  Free to use and adapt for your own business  |  2026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